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5C3EA" w14:textId="77777777" w:rsidR="00B47CCE" w:rsidRDefault="008B651D">
      <w:pPr>
        <w:jc w:val="center"/>
      </w:pPr>
      <w:r>
        <w:rPr>
          <w:b/>
          <w:sz w:val="30"/>
        </w:rPr>
        <w:t>Popis problemskih pitanja za biološko istraživanje 2026./2027.</w:t>
      </w:r>
    </w:p>
    <w:p w14:paraId="5A89A779" w14:textId="53C7E1C6" w:rsidR="00B47CCE" w:rsidRDefault="008B651D">
      <w:pPr>
        <w:jc w:val="center"/>
        <w:rPr>
          <w:b/>
        </w:rPr>
      </w:pPr>
      <w:proofErr w:type="spellStart"/>
      <w:r>
        <w:rPr>
          <w:b/>
        </w:rPr>
        <w:t>Razred</w:t>
      </w:r>
      <w:proofErr w:type="spellEnd"/>
      <w:r>
        <w:rPr>
          <w:b/>
        </w:rPr>
        <w:t>: 1.a, 1.b</w:t>
      </w:r>
    </w:p>
    <w:p w14:paraId="362D4CE3" w14:textId="77777777" w:rsidR="008260AF" w:rsidRPr="00BD2515" w:rsidRDefault="008260AF">
      <w:pPr>
        <w:jc w:val="center"/>
        <w:rPr>
          <w:lang w:val="hr-HR"/>
        </w:rPr>
      </w:pPr>
    </w:p>
    <w:p w14:paraId="6DEAA106" w14:textId="7777777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1. Od čega pluća pušača poprime tamnu boju?</w:t>
      </w:r>
    </w:p>
    <w:p w14:paraId="5D305BBD" w14:textId="0D25A3AD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 xml:space="preserve">2. </w:t>
      </w:r>
      <w:r w:rsidR="008260AF" w:rsidRPr="00BD2515">
        <w:rPr>
          <w:lang w:val="hr-HR"/>
        </w:rPr>
        <w:t xml:space="preserve">Po čemu se </w:t>
      </w:r>
      <w:r w:rsidRPr="00BD2515">
        <w:rPr>
          <w:lang w:val="hr-HR"/>
        </w:rPr>
        <w:t xml:space="preserve">razlikuje proces klijanja sjemenki </w:t>
      </w:r>
      <w:r w:rsidR="008260AF" w:rsidRPr="00BD2515">
        <w:rPr>
          <w:lang w:val="hr-HR"/>
        </w:rPr>
        <w:t>pšenice i kukuruza</w:t>
      </w:r>
      <w:r w:rsidRPr="00BD2515">
        <w:rPr>
          <w:lang w:val="hr-HR"/>
        </w:rPr>
        <w:t>?</w:t>
      </w:r>
      <w:r w:rsidRPr="00BD2515">
        <w:rPr>
          <w:rFonts w:ascii="Segoe UI Emoji" w:hAnsi="Segoe UI Emoji"/>
          <w:lang w:val="hr-HR"/>
        </w:rPr>
        <w:t xml:space="preserve">   ⏳</w:t>
      </w:r>
    </w:p>
    <w:p w14:paraId="5A449DD7" w14:textId="03245ACC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 xml:space="preserve">3. Kojom brzinom raste korijen </w:t>
      </w:r>
      <w:r w:rsidR="008260AF" w:rsidRPr="00BD2515">
        <w:rPr>
          <w:lang w:val="hr-HR"/>
        </w:rPr>
        <w:t>crvenog luka</w:t>
      </w:r>
      <w:r w:rsidRPr="00BD2515">
        <w:rPr>
          <w:lang w:val="hr-HR"/>
        </w:rPr>
        <w:t>?</w:t>
      </w:r>
      <w:r w:rsidRPr="00BD2515">
        <w:rPr>
          <w:rFonts w:ascii="Segoe UI Emoji" w:hAnsi="Segoe UI Emoji"/>
          <w:lang w:val="hr-HR"/>
        </w:rPr>
        <w:t xml:space="preserve">   ⏳</w:t>
      </w:r>
      <w:r w:rsidR="008260AF" w:rsidRPr="00BD2515">
        <w:rPr>
          <w:rFonts w:ascii="Segoe UI Emoji" w:hAnsi="Segoe UI Emoji"/>
          <w:lang w:val="hr-HR"/>
        </w:rPr>
        <w:t>⚙️</w:t>
      </w:r>
    </w:p>
    <w:p w14:paraId="5E2EF326" w14:textId="1F42C204" w:rsidR="008260AF" w:rsidRPr="00BD2515" w:rsidRDefault="008260AF" w:rsidP="008260AF">
      <w:pPr>
        <w:spacing w:after="60"/>
        <w:rPr>
          <w:lang w:val="hr-HR"/>
        </w:rPr>
      </w:pPr>
      <w:r w:rsidRPr="00BD2515">
        <w:rPr>
          <w:lang w:val="hr-HR"/>
        </w:rPr>
        <w:t>4. Koliko se razlikuje prehrana današnjeg srednjoškolca od onoga koji je živio prije 50 godina?</w:t>
      </w:r>
      <w:r w:rsidRPr="00BD2515">
        <w:rPr>
          <w:rFonts w:ascii="Segoe UI Emoji" w:hAnsi="Segoe UI Emoji"/>
          <w:lang w:val="hr-HR"/>
        </w:rPr>
        <w:t xml:space="preserve"> </w:t>
      </w:r>
      <w:r w:rsidRPr="00BD2515">
        <w:rPr>
          <w:rFonts w:ascii="Segoe UI Emoji" w:hAnsi="Segoe UI Emoji"/>
          <w:lang w:val="hr-HR"/>
        </w:rPr>
        <w:t>📋</w:t>
      </w:r>
    </w:p>
    <w:p w14:paraId="156831BA" w14:textId="3D3C4B70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5. Na koji se način iz podzemne stabljike može razviti nova biljka?</w:t>
      </w:r>
      <w:r w:rsidR="008260AF" w:rsidRPr="00BD2515">
        <w:rPr>
          <w:rFonts w:ascii="Segoe UI Emoji" w:hAnsi="Segoe UI Emoji"/>
          <w:lang w:val="hr-HR"/>
        </w:rPr>
        <w:t xml:space="preserve"> </w:t>
      </w:r>
      <w:r w:rsidR="008260AF" w:rsidRPr="00BD2515">
        <w:rPr>
          <w:rFonts w:ascii="Segoe UI Emoji" w:hAnsi="Segoe UI Emoji"/>
          <w:lang w:val="hr-HR"/>
        </w:rPr>
        <w:t>⏳</w:t>
      </w:r>
    </w:p>
    <w:p w14:paraId="59486045" w14:textId="7777777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6. Kako se listovi odabranih biljnih vrsta razlikuju prema obliku?</w:t>
      </w:r>
    </w:p>
    <w:p w14:paraId="48A21DA5" w14:textId="7777777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7. Na koje se načine rasprostranjuju sjemen</w:t>
      </w:r>
      <w:r w:rsidRPr="00BD2515">
        <w:rPr>
          <w:lang w:val="hr-HR"/>
        </w:rPr>
        <w:t>ke različitih biljnih vrsta?</w:t>
      </w:r>
    </w:p>
    <w:p w14:paraId="0E580FF9" w14:textId="0B6E8F52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 xml:space="preserve">8. </w:t>
      </w:r>
      <w:r w:rsidR="008260AF" w:rsidRPr="00BD2515">
        <w:rPr>
          <w:lang w:val="hr-HR"/>
        </w:rPr>
        <w:t>Razlikuju li se</w:t>
      </w:r>
      <w:r w:rsidRPr="00BD2515">
        <w:rPr>
          <w:lang w:val="hr-HR"/>
        </w:rPr>
        <w:t xml:space="preserve"> jednostanični</w:t>
      </w:r>
      <w:r w:rsidR="008260AF" w:rsidRPr="00BD2515">
        <w:rPr>
          <w:lang w:val="hr-HR"/>
        </w:rPr>
        <w:t xml:space="preserve"> </w:t>
      </w:r>
      <w:r w:rsidRPr="00BD2515">
        <w:rPr>
          <w:lang w:val="hr-HR"/>
        </w:rPr>
        <w:t>organiz</w:t>
      </w:r>
      <w:r w:rsidRPr="00BD2515">
        <w:rPr>
          <w:lang w:val="hr-HR"/>
        </w:rPr>
        <w:t>m</w:t>
      </w:r>
      <w:r w:rsidR="008260AF" w:rsidRPr="00BD2515">
        <w:rPr>
          <w:lang w:val="hr-HR"/>
        </w:rPr>
        <w:t>i po veličini?</w:t>
      </w:r>
      <w:r w:rsidRPr="00BD2515">
        <w:rPr>
          <w:rFonts w:ascii="Segoe UI Emoji" w:hAnsi="Segoe UI Emoji"/>
          <w:lang w:val="hr-HR"/>
        </w:rPr>
        <w:t xml:space="preserve">   </w:t>
      </w:r>
    </w:p>
    <w:p w14:paraId="42373A40" w14:textId="2B7CEE2B" w:rsidR="008260AF" w:rsidRPr="00BD2515" w:rsidRDefault="008B651D" w:rsidP="008260AF">
      <w:pPr>
        <w:spacing w:after="60"/>
        <w:rPr>
          <w:lang w:val="hr-HR"/>
        </w:rPr>
      </w:pPr>
      <w:r w:rsidRPr="00BD2515">
        <w:rPr>
          <w:lang w:val="hr-HR"/>
        </w:rPr>
        <w:t xml:space="preserve">9. Kako se razlikuje </w:t>
      </w:r>
      <w:r w:rsidR="008260AF" w:rsidRPr="00BD2515">
        <w:rPr>
          <w:lang w:val="hr-HR"/>
        </w:rPr>
        <w:t xml:space="preserve">hranjiva </w:t>
      </w:r>
      <w:r w:rsidRPr="00BD2515">
        <w:rPr>
          <w:lang w:val="hr-HR"/>
        </w:rPr>
        <w:t xml:space="preserve">vrijednost </w:t>
      </w:r>
      <w:r w:rsidRPr="00BD2515">
        <w:rPr>
          <w:lang w:val="hr-HR"/>
        </w:rPr>
        <w:t>pekarskih proizvoda?</w:t>
      </w:r>
      <w:r w:rsidRPr="00BD2515">
        <w:rPr>
          <w:rFonts w:ascii="Segoe UI Emoji" w:hAnsi="Segoe UI Emoji"/>
          <w:lang w:val="hr-HR"/>
        </w:rPr>
        <w:t xml:space="preserve">   </w:t>
      </w:r>
    </w:p>
    <w:p w14:paraId="5E72129A" w14:textId="7777777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10. Kako dodatak limuna utječe na svojstva pohane piletine?</w:t>
      </w:r>
      <w:r w:rsidRPr="00BD2515">
        <w:rPr>
          <w:rFonts w:ascii="Segoe UI Emoji" w:hAnsi="Segoe UI Emoji"/>
          <w:lang w:val="hr-HR"/>
        </w:rPr>
        <w:t xml:space="preserve">   </w:t>
      </w:r>
      <w:r w:rsidRPr="00BD2515">
        <w:rPr>
          <w:rFonts w:ascii="Segoe UI Emoji" w:hAnsi="Segoe UI Emoji"/>
          <w:lang w:val="hr-HR"/>
        </w:rPr>
        <w:t>🧪</w:t>
      </w:r>
    </w:p>
    <w:p w14:paraId="594078D5" w14:textId="7777777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11. Kako od</w:t>
      </w:r>
      <w:r w:rsidRPr="00BD2515">
        <w:rPr>
          <w:lang w:val="hr-HR"/>
        </w:rPr>
        <w:t>sutnost svjetlosti utječe na klijanje i rast sjemenke?</w:t>
      </w:r>
      <w:r w:rsidRPr="00BD2515">
        <w:rPr>
          <w:rFonts w:ascii="Segoe UI Emoji" w:hAnsi="Segoe UI Emoji"/>
          <w:lang w:val="hr-HR"/>
        </w:rPr>
        <w:t xml:space="preserve">   ⏳</w:t>
      </w:r>
    </w:p>
    <w:p w14:paraId="196869E2" w14:textId="7777777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12. Kako gravitacijska sila utječe na smjer rasta korijena?</w:t>
      </w:r>
      <w:r w:rsidRPr="00BD2515">
        <w:rPr>
          <w:rFonts w:ascii="Segoe UI Emoji" w:hAnsi="Segoe UI Emoji"/>
          <w:lang w:val="hr-HR"/>
        </w:rPr>
        <w:t xml:space="preserve">   ⚙</w:t>
      </w:r>
      <w:r w:rsidRPr="00BD2515">
        <w:rPr>
          <w:rFonts w:ascii="Segoe UI Emoji" w:hAnsi="Segoe UI Emoji"/>
          <w:lang w:val="hr-HR"/>
        </w:rPr>
        <w:t>️</w:t>
      </w:r>
      <w:r w:rsidRPr="00BD2515">
        <w:rPr>
          <w:rFonts w:ascii="Segoe UI Emoji" w:hAnsi="Segoe UI Emoji"/>
          <w:lang w:val="hr-HR"/>
        </w:rPr>
        <w:t xml:space="preserve"> ⏳</w:t>
      </w:r>
    </w:p>
    <w:p w14:paraId="55B2C929" w14:textId="7777777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13. Kako se voda kreće kroz stabljiku u odnosu na djelovanje gravitacijske sile?</w:t>
      </w:r>
      <w:r w:rsidRPr="00BD2515">
        <w:rPr>
          <w:rFonts w:ascii="Segoe UI Emoji" w:hAnsi="Segoe UI Emoji"/>
          <w:lang w:val="hr-HR"/>
        </w:rPr>
        <w:t xml:space="preserve">   ⚙</w:t>
      </w:r>
      <w:r w:rsidRPr="00BD2515">
        <w:rPr>
          <w:rFonts w:ascii="Segoe UI Emoji" w:hAnsi="Segoe UI Emoji"/>
          <w:lang w:val="hr-HR"/>
        </w:rPr>
        <w:t>️</w:t>
      </w:r>
    </w:p>
    <w:p w14:paraId="46DBFD5D" w14:textId="2E4E1C60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14. Kako povećani volumen vode pri zalijevan</w:t>
      </w:r>
      <w:r w:rsidRPr="00BD2515">
        <w:rPr>
          <w:lang w:val="hr-HR"/>
        </w:rPr>
        <w:t xml:space="preserve">ju utječe na </w:t>
      </w:r>
      <w:r w:rsidRPr="00BD2515">
        <w:rPr>
          <w:lang w:val="hr-HR"/>
        </w:rPr>
        <w:t>preživljavanje lončanice?</w:t>
      </w:r>
      <w:r w:rsidRPr="00BD2515">
        <w:rPr>
          <w:rFonts w:ascii="Segoe UI Emoji" w:hAnsi="Segoe UI Emoji"/>
          <w:lang w:val="hr-HR"/>
        </w:rPr>
        <w:t xml:space="preserve">   ⏳</w:t>
      </w:r>
    </w:p>
    <w:p w14:paraId="0093BFF7" w14:textId="68D8B319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 xml:space="preserve">15. Kako se može dokazati proces disanja </w:t>
      </w:r>
      <w:r w:rsidR="008260AF" w:rsidRPr="00BD2515">
        <w:rPr>
          <w:lang w:val="hr-HR"/>
        </w:rPr>
        <w:t>biljke</w:t>
      </w:r>
      <w:r w:rsidRPr="00BD2515">
        <w:rPr>
          <w:lang w:val="hr-HR"/>
        </w:rPr>
        <w:t>?</w:t>
      </w:r>
      <w:r w:rsidRPr="00BD2515">
        <w:rPr>
          <w:rFonts w:ascii="Segoe UI Emoji" w:hAnsi="Segoe UI Emoji"/>
          <w:lang w:val="hr-HR"/>
        </w:rPr>
        <w:t xml:space="preserve">  </w:t>
      </w:r>
      <w:r w:rsidR="008260AF" w:rsidRPr="00BD2515">
        <w:rPr>
          <w:rFonts w:ascii="Segoe UI Emoji" w:hAnsi="Segoe UI Emoji"/>
          <w:lang w:val="hr-HR"/>
        </w:rPr>
        <w:t>🧪</w:t>
      </w:r>
    </w:p>
    <w:p w14:paraId="67018D09" w14:textId="022C3188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</w:t>
      </w:r>
      <w:r w:rsidR="00BD2515" w:rsidRPr="00BD2515">
        <w:rPr>
          <w:lang w:val="hr-HR"/>
        </w:rPr>
        <w:t>6</w:t>
      </w:r>
      <w:r w:rsidRPr="00BD2515">
        <w:rPr>
          <w:lang w:val="hr-HR"/>
        </w:rPr>
        <w:t xml:space="preserve">. Kako tretiranje </w:t>
      </w:r>
      <w:r w:rsidR="008260AF" w:rsidRPr="00BD2515">
        <w:rPr>
          <w:lang w:val="hr-HR"/>
        </w:rPr>
        <w:t xml:space="preserve">onečišćene </w:t>
      </w:r>
      <w:r w:rsidRPr="00BD2515">
        <w:rPr>
          <w:lang w:val="hr-HR"/>
        </w:rPr>
        <w:t>vode ugljenom utječe na njezina svojstva?</w:t>
      </w:r>
      <w:r w:rsidRPr="00BD2515">
        <w:rPr>
          <w:rFonts w:ascii="Segoe UI Emoji" w:hAnsi="Segoe UI Emoji"/>
          <w:lang w:val="hr-HR"/>
        </w:rPr>
        <w:t xml:space="preserve">   </w:t>
      </w:r>
      <w:r w:rsidRPr="00BD2515">
        <w:rPr>
          <w:rFonts w:ascii="Segoe UI Emoji" w:hAnsi="Segoe UI Emoji"/>
          <w:lang w:val="hr-HR"/>
        </w:rPr>
        <w:t>🧪</w:t>
      </w:r>
    </w:p>
    <w:p w14:paraId="418C8848" w14:textId="44C5245B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</w:t>
      </w:r>
      <w:r w:rsidR="00BD2515" w:rsidRPr="00BD2515">
        <w:rPr>
          <w:lang w:val="hr-HR"/>
        </w:rPr>
        <w:t>7</w:t>
      </w:r>
      <w:r w:rsidRPr="00BD2515">
        <w:rPr>
          <w:lang w:val="hr-HR"/>
        </w:rPr>
        <w:t>. Koji se pigmenti mog</w:t>
      </w:r>
      <w:r w:rsidRPr="00BD2515">
        <w:rPr>
          <w:lang w:val="hr-HR"/>
        </w:rPr>
        <w:t>u dokazati u listovima biljaka?</w:t>
      </w:r>
      <w:r w:rsidRPr="00BD2515">
        <w:rPr>
          <w:rFonts w:ascii="Segoe UI Emoji" w:hAnsi="Segoe UI Emoji"/>
          <w:lang w:val="hr-HR"/>
        </w:rPr>
        <w:t xml:space="preserve">   </w:t>
      </w:r>
      <w:r w:rsidRPr="00BD2515">
        <w:rPr>
          <w:rFonts w:ascii="Segoe UI Emoji" w:hAnsi="Segoe UI Emoji"/>
          <w:lang w:val="hr-HR"/>
        </w:rPr>
        <w:t>🧪</w:t>
      </w:r>
    </w:p>
    <w:p w14:paraId="47550F38" w14:textId="49E6C9F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1</w:t>
      </w:r>
      <w:r w:rsidR="00BD2515" w:rsidRPr="00BD2515">
        <w:rPr>
          <w:lang w:val="hr-HR"/>
        </w:rPr>
        <w:t>8</w:t>
      </w:r>
      <w:r w:rsidRPr="00BD2515">
        <w:rPr>
          <w:lang w:val="hr-HR"/>
        </w:rPr>
        <w:t>. Kako se razlikuju golosjemenjače prema građi cvijeta?</w:t>
      </w:r>
      <w:r w:rsidRPr="00BD2515">
        <w:rPr>
          <w:rFonts w:ascii="Segoe UI Emoji" w:hAnsi="Segoe UI Emoji"/>
          <w:lang w:val="hr-HR"/>
        </w:rPr>
        <w:t xml:space="preserve">   </w:t>
      </w:r>
    </w:p>
    <w:p w14:paraId="2535A1C0" w14:textId="2A91D8E5" w:rsidR="00B47CCE" w:rsidRPr="00BD2515" w:rsidRDefault="00BD2515">
      <w:pPr>
        <w:spacing w:after="60"/>
        <w:rPr>
          <w:lang w:val="hr-HR"/>
        </w:rPr>
      </w:pPr>
      <w:r w:rsidRPr="00BD2515">
        <w:rPr>
          <w:lang w:val="hr-HR"/>
        </w:rPr>
        <w:t>19</w:t>
      </w:r>
      <w:r w:rsidR="008B651D" w:rsidRPr="00BD2515">
        <w:rPr>
          <w:lang w:val="hr-HR"/>
        </w:rPr>
        <w:t xml:space="preserve">. Kako se razlikuje građa cvijeta </w:t>
      </w:r>
      <w:r w:rsidR="008B651D" w:rsidRPr="00BD2515">
        <w:rPr>
          <w:lang w:val="hr-HR"/>
        </w:rPr>
        <w:t>kritosjemenjača?</w:t>
      </w:r>
      <w:r w:rsidR="008B651D" w:rsidRPr="00BD2515">
        <w:rPr>
          <w:rFonts w:ascii="Segoe UI Emoji" w:hAnsi="Segoe UI Emoji"/>
          <w:lang w:val="hr-HR"/>
        </w:rPr>
        <w:t xml:space="preserve">   </w:t>
      </w:r>
    </w:p>
    <w:p w14:paraId="158B0464" w14:textId="20BA9068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0</w:t>
      </w:r>
      <w:r w:rsidRPr="00BD2515">
        <w:rPr>
          <w:lang w:val="hr-HR"/>
        </w:rPr>
        <w:t xml:space="preserve">. </w:t>
      </w:r>
      <w:r w:rsidR="00BD2515" w:rsidRPr="00BD2515">
        <w:rPr>
          <w:lang w:val="hr-HR"/>
        </w:rPr>
        <w:t>Postoji li razlika u brojnosti</w:t>
      </w:r>
      <w:r w:rsidRPr="00BD2515">
        <w:rPr>
          <w:lang w:val="hr-HR"/>
        </w:rPr>
        <w:t xml:space="preserve"> bakterija na površini školske klupe i spužve?</w:t>
      </w:r>
      <w:r w:rsidRPr="00BD2515">
        <w:rPr>
          <w:rFonts w:ascii="Segoe UI Emoji" w:hAnsi="Segoe UI Emoji"/>
          <w:lang w:val="hr-HR"/>
        </w:rPr>
        <w:t xml:space="preserve">   </w:t>
      </w:r>
      <w:r w:rsidRPr="00BD2515">
        <w:rPr>
          <w:rFonts w:ascii="Segoe UI Emoji" w:hAnsi="Segoe UI Emoji"/>
          <w:lang w:val="hr-HR"/>
        </w:rPr>
        <w:t>🔬</w:t>
      </w:r>
      <w:r w:rsidRPr="00BD2515">
        <w:rPr>
          <w:rFonts w:ascii="Segoe UI Emoji" w:hAnsi="Segoe UI Emoji"/>
          <w:lang w:val="hr-HR"/>
        </w:rPr>
        <w:t xml:space="preserve"> ⏳</w:t>
      </w:r>
    </w:p>
    <w:p w14:paraId="1134284E" w14:textId="09E3BDC7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1</w:t>
      </w:r>
      <w:r w:rsidRPr="00BD2515">
        <w:rPr>
          <w:lang w:val="hr-HR"/>
        </w:rPr>
        <w:t xml:space="preserve">. </w:t>
      </w:r>
      <w:r w:rsidRPr="00BD2515">
        <w:rPr>
          <w:lang w:val="hr-HR"/>
        </w:rPr>
        <w:t>Kako oblik tijela utječe na brzinu kretanja?</w:t>
      </w:r>
      <w:r w:rsidRPr="00BD2515">
        <w:rPr>
          <w:rFonts w:ascii="Segoe UI Emoji" w:hAnsi="Segoe UI Emoji"/>
          <w:lang w:val="hr-HR"/>
        </w:rPr>
        <w:t xml:space="preserve">   ⚙</w:t>
      </w:r>
      <w:r w:rsidRPr="00BD2515">
        <w:rPr>
          <w:rFonts w:ascii="Segoe UI Emoji" w:hAnsi="Segoe UI Emoji"/>
          <w:lang w:val="hr-HR"/>
        </w:rPr>
        <w:t>️</w:t>
      </w:r>
    </w:p>
    <w:p w14:paraId="18FADFC0" w14:textId="65AA6299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2</w:t>
      </w:r>
      <w:r w:rsidRPr="00BD2515">
        <w:rPr>
          <w:lang w:val="hr-HR"/>
        </w:rPr>
        <w:t xml:space="preserve">. </w:t>
      </w:r>
      <w:r w:rsidR="00BD2515" w:rsidRPr="00BD2515">
        <w:rPr>
          <w:lang w:val="hr-HR"/>
        </w:rPr>
        <w:t>Hranimo li se zdravo</w:t>
      </w:r>
      <w:r w:rsidRPr="00BD2515">
        <w:rPr>
          <w:lang w:val="hr-HR"/>
        </w:rPr>
        <w:t xml:space="preserve"> u obitelji?</w:t>
      </w:r>
      <w:r w:rsidRPr="00BD2515">
        <w:rPr>
          <w:rFonts w:ascii="Segoe UI Emoji" w:hAnsi="Segoe UI Emoji"/>
          <w:lang w:val="hr-HR"/>
        </w:rPr>
        <w:t xml:space="preserve">   </w:t>
      </w:r>
      <w:r w:rsidRPr="00BD2515">
        <w:rPr>
          <w:rFonts w:ascii="Segoe UI Emoji" w:hAnsi="Segoe UI Emoji"/>
          <w:lang w:val="hr-HR"/>
        </w:rPr>
        <w:t>📋</w:t>
      </w:r>
    </w:p>
    <w:p w14:paraId="6B66910E" w14:textId="36EF4B8F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3</w:t>
      </w:r>
      <w:r w:rsidRPr="00BD2515">
        <w:rPr>
          <w:lang w:val="hr-HR"/>
        </w:rPr>
        <w:t xml:space="preserve">. U kojoj mjeri razina tjelesne aktivnosti </w:t>
      </w:r>
      <w:r w:rsidRPr="00BD2515">
        <w:rPr>
          <w:lang w:val="hr-HR"/>
        </w:rPr>
        <w:t>odgovara preporučenoj razini tjelesne aktivnosti?</w:t>
      </w:r>
      <w:r w:rsidRPr="00BD2515">
        <w:rPr>
          <w:rFonts w:ascii="Segoe UI Emoji" w:hAnsi="Segoe UI Emoji"/>
          <w:lang w:val="hr-HR"/>
        </w:rPr>
        <w:t xml:space="preserve">   </w:t>
      </w:r>
      <w:r w:rsidRPr="00BD2515">
        <w:rPr>
          <w:rFonts w:ascii="Segoe UI Emoji" w:hAnsi="Segoe UI Emoji"/>
          <w:lang w:val="hr-HR"/>
        </w:rPr>
        <w:t>📋</w:t>
      </w:r>
    </w:p>
    <w:p w14:paraId="58D7AACA" w14:textId="725C37EB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4</w:t>
      </w:r>
      <w:r w:rsidRPr="00BD2515">
        <w:rPr>
          <w:lang w:val="hr-HR"/>
        </w:rPr>
        <w:t>. Koji su čimbenici</w:t>
      </w:r>
      <w:r w:rsidR="00BD2515" w:rsidRPr="00BD2515">
        <w:rPr>
          <w:lang w:val="hr-HR"/>
        </w:rPr>
        <w:t xml:space="preserve"> najodgovorniji za</w:t>
      </w:r>
      <w:r w:rsidRPr="00BD2515">
        <w:rPr>
          <w:lang w:val="hr-HR"/>
        </w:rPr>
        <w:t xml:space="preserve"> pojav</w:t>
      </w:r>
      <w:r w:rsidR="00BD2515" w:rsidRPr="00BD2515">
        <w:rPr>
          <w:lang w:val="hr-HR"/>
        </w:rPr>
        <w:t>u</w:t>
      </w:r>
      <w:r w:rsidRPr="00BD2515">
        <w:rPr>
          <w:lang w:val="hr-HR"/>
        </w:rPr>
        <w:t xml:space="preserve"> karijesa?</w:t>
      </w:r>
      <w:r w:rsidRPr="00BD2515">
        <w:rPr>
          <w:rFonts w:ascii="Segoe UI Emoji" w:hAnsi="Segoe UI Emoji"/>
          <w:lang w:val="hr-HR"/>
        </w:rPr>
        <w:t xml:space="preserve">  </w:t>
      </w:r>
      <w:r w:rsidRPr="00BD2515">
        <w:rPr>
          <w:rFonts w:ascii="Segoe UI Emoji" w:hAnsi="Segoe UI Emoji"/>
          <w:lang w:val="hr-HR"/>
        </w:rPr>
        <w:t>📋</w:t>
      </w:r>
    </w:p>
    <w:p w14:paraId="64BFE604" w14:textId="1A254AF3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5</w:t>
      </w:r>
      <w:r w:rsidRPr="00BD2515">
        <w:rPr>
          <w:lang w:val="hr-HR"/>
        </w:rPr>
        <w:t xml:space="preserve">. Koliko poznajemo </w:t>
      </w:r>
      <w:r w:rsidR="00BD2515" w:rsidRPr="00BD2515">
        <w:rPr>
          <w:lang w:val="hr-HR"/>
        </w:rPr>
        <w:t xml:space="preserve">energijsku vrijednost </w:t>
      </w:r>
      <w:r w:rsidRPr="00BD2515">
        <w:rPr>
          <w:lang w:val="hr-HR"/>
        </w:rPr>
        <w:t>hran</w:t>
      </w:r>
      <w:r w:rsidR="00BD2515" w:rsidRPr="00BD2515">
        <w:rPr>
          <w:lang w:val="hr-HR"/>
        </w:rPr>
        <w:t>e</w:t>
      </w:r>
      <w:r w:rsidRPr="00BD2515">
        <w:rPr>
          <w:lang w:val="hr-HR"/>
        </w:rPr>
        <w:t xml:space="preserve"> koju </w:t>
      </w:r>
      <w:r w:rsidR="00BD2515" w:rsidRPr="00BD2515">
        <w:rPr>
          <w:lang w:val="hr-HR"/>
        </w:rPr>
        <w:t>kupujemo u dućanu</w:t>
      </w:r>
      <w:r w:rsidRPr="00BD2515">
        <w:rPr>
          <w:lang w:val="hr-HR"/>
        </w:rPr>
        <w:t>?</w:t>
      </w:r>
      <w:r w:rsidRPr="00BD2515">
        <w:rPr>
          <w:rFonts w:ascii="Segoe UI Emoji" w:hAnsi="Segoe UI Emoji"/>
          <w:lang w:val="hr-HR"/>
        </w:rPr>
        <w:t xml:space="preserve">   </w:t>
      </w:r>
    </w:p>
    <w:p w14:paraId="30E8111A" w14:textId="0B268AEA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6</w:t>
      </w:r>
      <w:r w:rsidRPr="00BD2515">
        <w:rPr>
          <w:lang w:val="hr-HR"/>
        </w:rPr>
        <w:t>. Razlikujemo li samo 10 mirisa?</w:t>
      </w:r>
      <w:r w:rsidRPr="00BD2515">
        <w:rPr>
          <w:rFonts w:ascii="Segoe UI Emoji" w:hAnsi="Segoe UI Emoji"/>
          <w:lang w:val="hr-HR"/>
        </w:rPr>
        <w:t xml:space="preserve">   </w:t>
      </w:r>
    </w:p>
    <w:p w14:paraId="51E4F0A1" w14:textId="728932DD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7</w:t>
      </w:r>
      <w:r w:rsidRPr="00BD2515">
        <w:rPr>
          <w:lang w:val="hr-HR"/>
        </w:rPr>
        <w:t xml:space="preserve">. Koje su bolesti najučestalije među </w:t>
      </w:r>
      <w:r w:rsidR="00BD2515" w:rsidRPr="00BD2515">
        <w:rPr>
          <w:lang w:val="hr-HR"/>
        </w:rPr>
        <w:t>srednjoškolcima</w:t>
      </w:r>
      <w:r w:rsidRPr="00BD2515">
        <w:rPr>
          <w:lang w:val="hr-HR"/>
        </w:rPr>
        <w:t>?</w:t>
      </w:r>
      <w:r w:rsidRPr="00BD2515">
        <w:rPr>
          <w:rFonts w:ascii="Segoe UI Emoji" w:hAnsi="Segoe UI Emoji"/>
          <w:lang w:val="hr-HR"/>
        </w:rPr>
        <w:t>📋</w:t>
      </w:r>
    </w:p>
    <w:p w14:paraId="1AB584A1" w14:textId="77777777" w:rsidR="00BD2515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2</w:t>
      </w:r>
      <w:r w:rsidR="00BD2515" w:rsidRPr="00BD2515">
        <w:rPr>
          <w:lang w:val="hr-HR"/>
        </w:rPr>
        <w:t>8</w:t>
      </w:r>
      <w:r w:rsidRPr="00BD2515">
        <w:rPr>
          <w:lang w:val="hr-HR"/>
        </w:rPr>
        <w:t xml:space="preserve">. </w:t>
      </w:r>
      <w:r w:rsidR="00BD2515" w:rsidRPr="00BD2515">
        <w:rPr>
          <w:lang w:val="hr-HR"/>
        </w:rPr>
        <w:t xml:space="preserve">Razlikuje li se </w:t>
      </w:r>
      <w:proofErr w:type="spellStart"/>
      <w:r w:rsidRPr="00BD2515">
        <w:rPr>
          <w:lang w:val="hr-HR"/>
        </w:rPr>
        <w:t>podražljivost</w:t>
      </w:r>
      <w:proofErr w:type="spellEnd"/>
      <w:r w:rsidRPr="00BD2515">
        <w:rPr>
          <w:lang w:val="hr-HR"/>
        </w:rPr>
        <w:t xml:space="preserve"> kožnih osjetila </w:t>
      </w:r>
      <w:r w:rsidR="00BD2515" w:rsidRPr="00BD2515">
        <w:rPr>
          <w:lang w:val="hr-HR"/>
        </w:rPr>
        <w:t>od osobe do osobe?</w:t>
      </w:r>
    </w:p>
    <w:p w14:paraId="586EF4D9" w14:textId="3472117F" w:rsidR="00B47CCE" w:rsidRPr="00BD2515" w:rsidRDefault="00BD2515">
      <w:pPr>
        <w:spacing w:after="60"/>
        <w:rPr>
          <w:lang w:val="hr-HR"/>
        </w:rPr>
      </w:pPr>
      <w:r w:rsidRPr="00BD2515">
        <w:rPr>
          <w:lang w:val="hr-HR"/>
        </w:rPr>
        <w:t>29</w:t>
      </w:r>
      <w:r w:rsidR="008B651D" w:rsidRPr="00BD2515">
        <w:rPr>
          <w:lang w:val="hr-HR"/>
        </w:rPr>
        <w:t>. Kako gledanje jednim okom utječe na procjenu udaljenosti?</w:t>
      </w:r>
      <w:r w:rsidR="008B651D" w:rsidRPr="00BD2515">
        <w:rPr>
          <w:rFonts w:ascii="Segoe UI Emoji" w:hAnsi="Segoe UI Emoji"/>
          <w:lang w:val="hr-HR"/>
        </w:rPr>
        <w:t xml:space="preserve">   </w:t>
      </w:r>
    </w:p>
    <w:p w14:paraId="33B40CCA" w14:textId="32F97015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3</w:t>
      </w:r>
      <w:r w:rsidR="00BD2515" w:rsidRPr="00BD2515">
        <w:rPr>
          <w:lang w:val="hr-HR"/>
        </w:rPr>
        <w:t>0</w:t>
      </w:r>
      <w:r w:rsidRPr="00BD2515">
        <w:rPr>
          <w:lang w:val="hr-HR"/>
        </w:rPr>
        <w:t xml:space="preserve">. </w:t>
      </w:r>
      <w:r w:rsidR="00BD2515" w:rsidRPr="00BD2515">
        <w:rPr>
          <w:lang w:val="hr-HR"/>
        </w:rPr>
        <w:t>Utječe li oblik peludnih zrnaca na rasprostranjivanje sjemenki</w:t>
      </w:r>
      <w:r w:rsidRPr="00BD2515">
        <w:rPr>
          <w:lang w:val="hr-HR"/>
        </w:rPr>
        <w:t>?</w:t>
      </w:r>
      <w:r w:rsidRPr="00BD2515">
        <w:rPr>
          <w:rFonts w:ascii="Segoe UI Emoji" w:hAnsi="Segoe UI Emoji"/>
          <w:lang w:val="hr-HR"/>
        </w:rPr>
        <w:t xml:space="preserve">   </w:t>
      </w:r>
      <w:r w:rsidRPr="00BD2515">
        <w:rPr>
          <w:rFonts w:ascii="Segoe UI Emoji" w:hAnsi="Segoe UI Emoji"/>
          <w:lang w:val="hr-HR"/>
        </w:rPr>
        <w:t>🔬</w:t>
      </w:r>
    </w:p>
    <w:p w14:paraId="1D5B60B3" w14:textId="72824A70" w:rsidR="00B47CCE" w:rsidRPr="00BD2515" w:rsidRDefault="008B651D">
      <w:pPr>
        <w:spacing w:after="60"/>
        <w:rPr>
          <w:lang w:val="hr-HR"/>
        </w:rPr>
      </w:pPr>
      <w:r w:rsidRPr="00BD2515">
        <w:rPr>
          <w:lang w:val="hr-HR"/>
        </w:rPr>
        <w:t>3</w:t>
      </w:r>
      <w:r w:rsidR="00BD2515" w:rsidRPr="00BD2515">
        <w:rPr>
          <w:lang w:val="hr-HR"/>
        </w:rPr>
        <w:t>1</w:t>
      </w:r>
      <w:r w:rsidRPr="00BD2515">
        <w:rPr>
          <w:lang w:val="hr-HR"/>
        </w:rPr>
        <w:t xml:space="preserve">. Kako je oblik različitih </w:t>
      </w:r>
      <w:r w:rsidRPr="00BD2515">
        <w:rPr>
          <w:lang w:val="hr-HR"/>
        </w:rPr>
        <w:t>ljudskih stanica povezan s njihovom</w:t>
      </w:r>
      <w:r w:rsidRPr="00BD2515">
        <w:rPr>
          <w:lang w:val="hr-HR"/>
        </w:rPr>
        <w:t xml:space="preserve"> funkcijom?</w:t>
      </w:r>
      <w:r w:rsidRPr="00BD2515">
        <w:rPr>
          <w:rFonts w:ascii="Segoe UI Emoji" w:hAnsi="Segoe UI Emoji"/>
          <w:lang w:val="hr-HR"/>
        </w:rPr>
        <w:t xml:space="preserve">   </w:t>
      </w:r>
    </w:p>
    <w:p w14:paraId="55997929" w14:textId="77777777" w:rsidR="00B47CCE" w:rsidRPr="00BD2515" w:rsidRDefault="00B47CCE">
      <w:pPr>
        <w:rPr>
          <w:lang w:val="hr-HR"/>
        </w:rPr>
      </w:pPr>
    </w:p>
    <w:p w14:paraId="7BC9F454" w14:textId="77777777" w:rsidR="00B47CCE" w:rsidRDefault="008B651D">
      <w:r>
        <w:rPr>
          <w:b/>
          <w:sz w:val="24"/>
        </w:rPr>
        <w:lastRenderedPageBreak/>
        <w:t>LEGENDA</w:t>
      </w:r>
    </w:p>
    <w:p w14:paraId="0DAF43F0" w14:textId="77777777" w:rsidR="00B47CCE" w:rsidRPr="008B651D" w:rsidRDefault="008B651D">
      <w:pPr>
        <w:rPr>
          <w:lang w:val="hr-HR"/>
        </w:rPr>
      </w:pPr>
      <w:r w:rsidRPr="008B651D">
        <w:rPr>
          <w:rFonts w:ascii="Segoe UI Emoji" w:hAnsi="Segoe UI Emoji"/>
          <w:lang w:val="hr-HR"/>
        </w:rPr>
        <w:t>📋</w:t>
      </w:r>
      <w:r w:rsidRPr="008B651D">
        <w:rPr>
          <w:rFonts w:ascii="Segoe UI Emoji" w:hAnsi="Segoe UI Emoji"/>
          <w:lang w:val="hr-HR"/>
        </w:rPr>
        <w:t xml:space="preserve">  </w:t>
      </w:r>
      <w:r w:rsidRPr="008B651D">
        <w:rPr>
          <w:lang w:val="hr-HR"/>
        </w:rPr>
        <w:t>metoda ANKETIRANJE</w:t>
      </w:r>
    </w:p>
    <w:p w14:paraId="17CE06C3" w14:textId="77777777" w:rsidR="00B47CCE" w:rsidRPr="008B651D" w:rsidRDefault="008B651D">
      <w:pPr>
        <w:rPr>
          <w:lang w:val="hr-HR"/>
        </w:rPr>
      </w:pPr>
      <w:r w:rsidRPr="008B651D">
        <w:rPr>
          <w:rFonts w:ascii="Segoe UI Emoji" w:hAnsi="Segoe UI Emoji"/>
          <w:lang w:val="hr-HR"/>
        </w:rPr>
        <w:t>🔬</w:t>
      </w:r>
      <w:r w:rsidRPr="008B651D">
        <w:rPr>
          <w:rFonts w:ascii="Segoe UI Emoji" w:hAnsi="Segoe UI Emoji"/>
          <w:lang w:val="hr-HR"/>
        </w:rPr>
        <w:t xml:space="preserve">  </w:t>
      </w:r>
      <w:r w:rsidRPr="008B651D">
        <w:rPr>
          <w:lang w:val="hr-HR"/>
        </w:rPr>
        <w:t>metoda MIKROSKOPIRANJE</w:t>
      </w:r>
    </w:p>
    <w:p w14:paraId="55E61FA2" w14:textId="6ED95575" w:rsidR="00B47CCE" w:rsidRPr="008B651D" w:rsidRDefault="008B651D">
      <w:pPr>
        <w:rPr>
          <w:lang w:val="hr-HR"/>
        </w:rPr>
      </w:pPr>
      <w:r w:rsidRPr="008B651D">
        <w:rPr>
          <w:rFonts w:ascii="Segoe UI Emoji" w:hAnsi="Segoe UI Emoji"/>
          <w:lang w:val="hr-HR"/>
        </w:rPr>
        <w:t>🧪</w:t>
      </w:r>
      <w:r w:rsidRPr="008B651D">
        <w:rPr>
          <w:rFonts w:ascii="Segoe UI Emoji" w:hAnsi="Segoe UI Emoji"/>
          <w:lang w:val="hr-HR"/>
        </w:rPr>
        <w:t xml:space="preserve">  </w:t>
      </w:r>
      <w:r w:rsidRPr="008B651D">
        <w:rPr>
          <w:lang w:val="hr-HR"/>
        </w:rPr>
        <w:t>korelacija KEMIJA</w:t>
      </w:r>
      <w:r w:rsidR="008260AF" w:rsidRPr="008B651D">
        <w:rPr>
          <w:lang w:val="hr-HR"/>
        </w:rPr>
        <w:t xml:space="preserve"> - pokus</w:t>
      </w:r>
    </w:p>
    <w:p w14:paraId="78587DEA" w14:textId="4D4D452B" w:rsidR="00B47CCE" w:rsidRPr="008B651D" w:rsidRDefault="008B651D">
      <w:pPr>
        <w:rPr>
          <w:lang w:val="hr-HR"/>
        </w:rPr>
      </w:pPr>
      <w:r w:rsidRPr="008B651D">
        <w:rPr>
          <w:rFonts w:ascii="Segoe UI Emoji" w:hAnsi="Segoe UI Emoji"/>
          <w:lang w:val="hr-HR"/>
        </w:rPr>
        <w:t>⚙</w:t>
      </w:r>
      <w:r w:rsidRPr="008B651D">
        <w:rPr>
          <w:rFonts w:ascii="Segoe UI Emoji" w:hAnsi="Segoe UI Emoji"/>
          <w:lang w:val="hr-HR"/>
        </w:rPr>
        <w:t>️</w:t>
      </w:r>
      <w:r w:rsidRPr="008B651D">
        <w:rPr>
          <w:rFonts w:ascii="Segoe UI Emoji" w:hAnsi="Segoe UI Emoji"/>
          <w:lang w:val="hr-HR"/>
        </w:rPr>
        <w:t xml:space="preserve">  </w:t>
      </w:r>
      <w:r w:rsidRPr="008B651D">
        <w:rPr>
          <w:lang w:val="hr-HR"/>
        </w:rPr>
        <w:t>korelacija FIZIKA</w:t>
      </w:r>
      <w:r w:rsidR="008260AF" w:rsidRPr="008B651D">
        <w:rPr>
          <w:lang w:val="hr-HR"/>
        </w:rPr>
        <w:t xml:space="preserve"> - pokus</w:t>
      </w:r>
    </w:p>
    <w:p w14:paraId="75E361B5" w14:textId="7BECDD2A" w:rsidR="00B47CCE" w:rsidRPr="008B651D" w:rsidRDefault="008B651D">
      <w:pPr>
        <w:rPr>
          <w:lang w:val="hr-HR"/>
        </w:rPr>
      </w:pPr>
      <w:r w:rsidRPr="008B651D">
        <w:rPr>
          <w:rFonts w:ascii="Segoe UI Emoji" w:hAnsi="Segoe UI Emoji"/>
          <w:lang w:val="hr-HR"/>
        </w:rPr>
        <w:t>⏳</w:t>
      </w:r>
      <w:r w:rsidRPr="008B651D">
        <w:rPr>
          <w:rFonts w:ascii="Segoe UI Emoji" w:hAnsi="Segoe UI Emoji"/>
          <w:lang w:val="hr-HR"/>
        </w:rPr>
        <w:t xml:space="preserve">  </w:t>
      </w:r>
      <w:r w:rsidRPr="008B651D">
        <w:rPr>
          <w:lang w:val="hr-HR"/>
        </w:rPr>
        <w:t xml:space="preserve">potrebno vrijeme istraživanja od </w:t>
      </w:r>
      <w:r w:rsidR="008260AF" w:rsidRPr="008B651D">
        <w:rPr>
          <w:lang w:val="hr-HR"/>
        </w:rPr>
        <w:t>&gt;</w:t>
      </w:r>
      <w:r w:rsidRPr="008B651D">
        <w:rPr>
          <w:lang w:val="hr-HR"/>
        </w:rPr>
        <w:t>5</w:t>
      </w:r>
      <w:r w:rsidRPr="008B651D">
        <w:rPr>
          <w:lang w:val="hr-HR"/>
        </w:rPr>
        <w:t xml:space="preserve"> dana</w:t>
      </w:r>
    </w:p>
    <w:p w14:paraId="359582A4" w14:textId="77777777" w:rsidR="008B651D" w:rsidRDefault="008B651D">
      <w:pPr>
        <w:rPr>
          <w:b/>
          <w:lang w:val="hr-HR"/>
        </w:rPr>
      </w:pPr>
    </w:p>
    <w:p w14:paraId="3B8CCFFC" w14:textId="2A7E30D3" w:rsidR="008B651D" w:rsidRPr="008B651D" w:rsidRDefault="008B651D" w:rsidP="008B651D">
      <w:pPr>
        <w:spacing w:line="360" w:lineRule="auto"/>
        <w:jc w:val="both"/>
        <w:rPr>
          <w:lang w:val="hr-HR"/>
        </w:rPr>
      </w:pPr>
      <w:r w:rsidRPr="008B651D">
        <w:rPr>
          <w:b/>
          <w:lang w:val="hr-HR"/>
        </w:rPr>
        <w:t>Napomena:</w:t>
      </w:r>
      <w:r w:rsidR="00BD2515" w:rsidRPr="008B651D">
        <w:rPr>
          <w:lang w:val="hr-HR"/>
        </w:rPr>
        <w:t xml:space="preserve"> Istraživanje ćete prezentirati </w:t>
      </w:r>
      <w:r w:rsidRPr="008B651D">
        <w:rPr>
          <w:lang w:val="hr-HR"/>
        </w:rPr>
        <w:t>preko</w:t>
      </w:r>
      <w:r w:rsidRPr="008B651D">
        <w:rPr>
          <w:lang w:val="hr-HR"/>
        </w:rPr>
        <w:t xml:space="preserve"> PowerPoint prezentacije. </w:t>
      </w:r>
      <w:r w:rsidRPr="008B651D">
        <w:rPr>
          <w:lang w:val="hr-HR"/>
        </w:rPr>
        <w:t xml:space="preserve">Molim vas da se pridržavate dogovorenih rokova za predaju uradaka. Sve dodatne informacije i upute dobit ćete putem Microsoft </w:t>
      </w:r>
      <w:proofErr w:type="spellStart"/>
      <w:r w:rsidRPr="008B651D">
        <w:rPr>
          <w:lang w:val="hr-HR"/>
        </w:rPr>
        <w:t>Teams</w:t>
      </w:r>
      <w:proofErr w:type="spellEnd"/>
      <w:r>
        <w:rPr>
          <w:lang w:val="hr-HR"/>
        </w:rPr>
        <w:t>-</w:t>
      </w:r>
      <w:r w:rsidRPr="008B651D">
        <w:rPr>
          <w:lang w:val="hr-HR"/>
        </w:rPr>
        <w:t>a.</w:t>
      </w:r>
    </w:p>
    <w:p w14:paraId="28F46334" w14:textId="77777777" w:rsidR="008B651D" w:rsidRPr="008B651D" w:rsidRDefault="008B651D" w:rsidP="008B651D">
      <w:pPr>
        <w:spacing w:line="360" w:lineRule="auto"/>
        <w:jc w:val="both"/>
        <w:rPr>
          <w:lang w:val="hr-HR"/>
        </w:rPr>
      </w:pPr>
    </w:p>
    <w:p w14:paraId="67233C38" w14:textId="2413DC3A" w:rsidR="00B47CCE" w:rsidRPr="008B651D" w:rsidRDefault="008B651D" w:rsidP="008B651D">
      <w:pPr>
        <w:spacing w:line="360" w:lineRule="auto"/>
        <w:jc w:val="both"/>
        <w:rPr>
          <w:lang w:val="hr-HR"/>
        </w:rPr>
      </w:pPr>
      <w:r w:rsidRPr="008B651D">
        <w:rPr>
          <w:b/>
          <w:lang w:val="hr-HR"/>
        </w:rPr>
        <w:t>Žel</w:t>
      </w:r>
      <w:r w:rsidRPr="008B651D">
        <w:rPr>
          <w:b/>
          <w:lang w:val="hr-HR"/>
        </w:rPr>
        <w:t>im vam puno uspjeha u radu!</w:t>
      </w:r>
    </w:p>
    <w:sectPr w:rsidR="00B47CCE" w:rsidRPr="008B651D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260AF"/>
    <w:rsid w:val="008B651D"/>
    <w:rsid w:val="00AA1D8D"/>
    <w:rsid w:val="00B078A8"/>
    <w:rsid w:val="00B47730"/>
    <w:rsid w:val="00B47CCE"/>
    <w:rsid w:val="00BD251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149ACB"/>
  <w14:defaultImageDpi w14:val="300"/>
  <w15:docId w15:val="{EF8586E1-E40B-4D66-AF02-9E9D07CD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Gabrijela Marin</cp:lastModifiedBy>
  <cp:revision>3</cp:revision>
  <dcterms:created xsi:type="dcterms:W3CDTF">2013-12-23T23:15:00Z</dcterms:created>
  <dcterms:modified xsi:type="dcterms:W3CDTF">2026-10-06T15:38:00Z</dcterms:modified>
  <cp:category/>
</cp:coreProperties>
</file>